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50D444" w14:textId="77777777" w:rsidR="00CA26F9" w:rsidRDefault="00FB267D">
      <w:pPr>
        <w:pStyle w:val="Heading1"/>
      </w:pPr>
      <w:r>
        <w:t>North Carolina Peer Support Specialist Training</w:t>
      </w:r>
    </w:p>
    <w:p w14:paraId="02EC1238" w14:textId="77777777" w:rsidR="00CA26F9" w:rsidRDefault="00FB267D">
      <w:pPr>
        <w:pStyle w:val="Heading2"/>
      </w:pPr>
      <w:r>
        <w:t>Personal Reference Form</w:t>
      </w:r>
    </w:p>
    <w:p w14:paraId="358395D5" w14:textId="77777777" w:rsidR="00CA26F9" w:rsidRDefault="00FB267D">
      <w:r>
        <w:t xml:space="preserve">The individual named below is submitting an application to participate in an upcoming Peer Support Specialist Training. The applicant has requested that you provide the </w:t>
      </w:r>
      <w:r>
        <w:t>required personal reference.</w:t>
      </w:r>
      <w:r>
        <w:br/>
      </w:r>
      <w:r>
        <w:br/>
        <w:t>A person eligible to take the Peer Support Specialist Training must meet the following requirements:</w:t>
      </w:r>
      <w:r>
        <w:br/>
        <w:t>- Be 18 years or older</w:t>
      </w:r>
      <w:r>
        <w:br/>
        <w:t>- Have lived experience in recovery from a significant mental health and/or substance use disorder</w:t>
      </w:r>
      <w:r>
        <w:br/>
        <w:t>- Have been in recovery for at least one consecutive year</w:t>
      </w:r>
      <w:r>
        <w:br/>
        <w:t>- Have a high school diploma or equivalent</w:t>
      </w:r>
      <w:r>
        <w:br/>
      </w:r>
      <w:r>
        <w:br/>
        <w:t>With the advantage of shared experience, a Peer Support Specialist is someone who helps others diagnosed with a mental illness and/or substance use disorder.</w:t>
      </w:r>
    </w:p>
    <w:p w14:paraId="1417DBA9" w14:textId="77777777" w:rsidR="00CA26F9" w:rsidRDefault="00FB267D">
      <w:pPr>
        <w:pStyle w:val="Heading3"/>
      </w:pPr>
      <w:r>
        <w:t>Instructions:</w:t>
      </w:r>
    </w:p>
    <w:p w14:paraId="72528D40" w14:textId="478066F6" w:rsidR="00CA26F9" w:rsidRDefault="00FB267D">
      <w:r>
        <w:t>Complete the reference form and email it to recoverytransformations@gmail.com</w:t>
      </w:r>
      <w:r>
        <w:t xml:space="preserve">. </w:t>
      </w:r>
    </w:p>
    <w:p w14:paraId="6401CC8E" w14:textId="77777777" w:rsidR="00CA26F9" w:rsidRDefault="00FB267D">
      <w:r>
        <w:t>1. Name of Applicant:</w:t>
      </w:r>
    </w:p>
    <w:p w14:paraId="34114A9D" w14:textId="77777777" w:rsidR="00CA26F9" w:rsidRDefault="00FB267D">
      <w:r>
        <w:t>________________________________________________________________________________</w:t>
      </w:r>
    </w:p>
    <w:p w14:paraId="16683983" w14:textId="77777777" w:rsidR="00CA26F9" w:rsidRDefault="00FB267D">
      <w:r>
        <w:t>2. Description of your relationship with the applicant:</w:t>
      </w:r>
      <w:r>
        <w:br/>
        <w:t>(Include how long you have known them)</w:t>
      </w:r>
    </w:p>
    <w:p w14:paraId="37730D37" w14:textId="77777777" w:rsidR="00CA26F9" w:rsidRDefault="00FB267D">
      <w:r>
        <w:t>________________________________________________________________________________</w:t>
      </w:r>
    </w:p>
    <w:p w14:paraId="53CEBA6A" w14:textId="77777777" w:rsidR="00CA26F9" w:rsidRDefault="00FB267D">
      <w:r>
        <w:t>________________________________________________________________________________</w:t>
      </w:r>
    </w:p>
    <w:p w14:paraId="3CD260A1" w14:textId="77777777" w:rsidR="00CA26F9" w:rsidRDefault="00FB267D">
      <w:r>
        <w:t>________________________________________________________________________________</w:t>
      </w:r>
    </w:p>
    <w:p w14:paraId="6DD1DE72" w14:textId="77777777" w:rsidR="00CA26F9" w:rsidRDefault="00FB267D">
      <w:r>
        <w:t>3. What are the applicant’s strengths that will make them an asset as a Peer Support Specialist?</w:t>
      </w:r>
    </w:p>
    <w:p w14:paraId="274FB314" w14:textId="77777777" w:rsidR="00CA26F9" w:rsidRDefault="00FB267D">
      <w:r>
        <w:t>________________________________________________________________________________</w:t>
      </w:r>
    </w:p>
    <w:p w14:paraId="3795BCE4" w14:textId="77777777" w:rsidR="00CA26F9" w:rsidRDefault="00FB267D">
      <w:r>
        <w:t>________________________________________________________________________________</w:t>
      </w:r>
    </w:p>
    <w:p w14:paraId="067C3A44" w14:textId="77777777" w:rsidR="00CA26F9" w:rsidRDefault="00FB267D">
      <w:r>
        <w:t>________________________________________________________________________________</w:t>
      </w:r>
    </w:p>
    <w:p w14:paraId="66D40876" w14:textId="77777777" w:rsidR="00CA26F9" w:rsidRDefault="00FB267D">
      <w:r>
        <w:t>4. Describe your experience with the applicant that demonstrates they have been in recovery for at least 12 consecutive months:</w:t>
      </w:r>
    </w:p>
    <w:p w14:paraId="6F5574D3" w14:textId="77777777" w:rsidR="00CA26F9" w:rsidRDefault="00FB267D">
      <w:r>
        <w:lastRenderedPageBreak/>
        <w:t>________________________________________________________________________________</w:t>
      </w:r>
    </w:p>
    <w:p w14:paraId="3C6FBA50" w14:textId="77777777" w:rsidR="00CA26F9" w:rsidRDefault="00FB267D">
      <w:r>
        <w:t>________________________________________________________________________________</w:t>
      </w:r>
    </w:p>
    <w:p w14:paraId="254B6C0D" w14:textId="77777777" w:rsidR="00CA26F9" w:rsidRDefault="00FB267D">
      <w:r>
        <w:t>________________________________________________________________________________</w:t>
      </w:r>
    </w:p>
    <w:p w14:paraId="597CF228" w14:textId="77777777" w:rsidR="00CA26F9" w:rsidRDefault="00FB267D">
      <w:r>
        <w:br/>
        <w:t>By signing below, I certify:</w:t>
      </w:r>
      <w:r>
        <w:br/>
        <w:t>- The information provided is accurate to the best of my knowledge.</w:t>
      </w:r>
      <w:r>
        <w:br/>
        <w:t>- I have personally witnessed the applicant living a recovery lifestyle over an extended period.</w:t>
      </w:r>
      <w:r>
        <w:br/>
        <w:t>- To the best of my knowledge, the applicant meets the requirements to become a Peer Support Specialist:</w:t>
      </w:r>
      <w:r>
        <w:br/>
        <w:t xml:space="preserve">   ✅ 18 years or older</w:t>
      </w:r>
      <w:r>
        <w:br/>
        <w:t xml:space="preserve">   ✅ In recovery for at least one year</w:t>
      </w:r>
      <w:r>
        <w:br/>
        <w:t xml:space="preserve">   ✅ Holds a high school diploma or equivalent</w:t>
      </w:r>
      <w:r>
        <w:br/>
      </w:r>
    </w:p>
    <w:p w14:paraId="2962D4A8" w14:textId="77777777" w:rsidR="00CA26F9" w:rsidRDefault="00FB267D">
      <w:pPr>
        <w:pStyle w:val="Heading3"/>
      </w:pPr>
      <w:r>
        <w:t>Contact Information for Reference: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CA26F9" w14:paraId="19FEB0EF" w14:textId="77777777">
        <w:tc>
          <w:tcPr>
            <w:tcW w:w="4320" w:type="dxa"/>
          </w:tcPr>
          <w:p w14:paraId="4F84E8A1" w14:textId="77777777" w:rsidR="00CA26F9" w:rsidRDefault="00FB267D">
            <w:r>
              <w:t>Name</w:t>
            </w:r>
          </w:p>
        </w:tc>
        <w:tc>
          <w:tcPr>
            <w:tcW w:w="4320" w:type="dxa"/>
          </w:tcPr>
          <w:p w14:paraId="38DD39C9" w14:textId="77777777" w:rsidR="00CA26F9" w:rsidRDefault="00FB267D">
            <w:r>
              <w:t>__________________________________________</w:t>
            </w:r>
          </w:p>
        </w:tc>
      </w:tr>
      <w:tr w:rsidR="00CA26F9" w14:paraId="73875935" w14:textId="77777777">
        <w:tc>
          <w:tcPr>
            <w:tcW w:w="4320" w:type="dxa"/>
          </w:tcPr>
          <w:p w14:paraId="5AD67D4A" w14:textId="77777777" w:rsidR="00CA26F9" w:rsidRDefault="00FB267D">
            <w:r>
              <w:t>Signature</w:t>
            </w:r>
          </w:p>
        </w:tc>
        <w:tc>
          <w:tcPr>
            <w:tcW w:w="4320" w:type="dxa"/>
          </w:tcPr>
          <w:p w14:paraId="7191701F" w14:textId="77777777" w:rsidR="00CA26F9" w:rsidRDefault="00FB267D">
            <w:r>
              <w:t>__________________________________________</w:t>
            </w:r>
          </w:p>
        </w:tc>
      </w:tr>
      <w:tr w:rsidR="00CA26F9" w14:paraId="6ADCD2D2" w14:textId="77777777">
        <w:tc>
          <w:tcPr>
            <w:tcW w:w="4320" w:type="dxa"/>
          </w:tcPr>
          <w:p w14:paraId="2A764183" w14:textId="77777777" w:rsidR="00CA26F9" w:rsidRDefault="00FB267D">
            <w:r>
              <w:t>Address</w:t>
            </w:r>
          </w:p>
        </w:tc>
        <w:tc>
          <w:tcPr>
            <w:tcW w:w="4320" w:type="dxa"/>
          </w:tcPr>
          <w:p w14:paraId="15BC10CA" w14:textId="77777777" w:rsidR="00CA26F9" w:rsidRDefault="00FB267D">
            <w:r>
              <w:t>__________________________________________</w:t>
            </w:r>
          </w:p>
        </w:tc>
      </w:tr>
      <w:tr w:rsidR="00CA26F9" w14:paraId="7D6592BB" w14:textId="77777777">
        <w:tc>
          <w:tcPr>
            <w:tcW w:w="4320" w:type="dxa"/>
          </w:tcPr>
          <w:p w14:paraId="3490C065" w14:textId="77777777" w:rsidR="00CA26F9" w:rsidRDefault="00FB267D">
            <w:r>
              <w:t>Phone</w:t>
            </w:r>
          </w:p>
        </w:tc>
        <w:tc>
          <w:tcPr>
            <w:tcW w:w="4320" w:type="dxa"/>
          </w:tcPr>
          <w:p w14:paraId="3031B125" w14:textId="77777777" w:rsidR="00CA26F9" w:rsidRDefault="00FB267D">
            <w:r>
              <w:t>__________________________________________</w:t>
            </w:r>
          </w:p>
        </w:tc>
      </w:tr>
    </w:tbl>
    <w:p w14:paraId="3CBB1C46" w14:textId="77777777" w:rsidR="00CA26F9" w:rsidRDefault="00FB267D">
      <w:r>
        <w:br/>
        <w:t>Questions?</w:t>
      </w:r>
      <w:r>
        <w:br/>
        <w:t>Contact: Althea Dortch</w:t>
      </w:r>
      <w:r>
        <w:br/>
      </w:r>
      <w:r>
        <w:t>📧</w:t>
      </w:r>
      <w:r>
        <w:t xml:space="preserve"> recoverytransformations@gmail.com</w:t>
      </w:r>
    </w:p>
    <w:p w14:paraId="71388B82" w14:textId="77777777" w:rsidR="00CA26F9" w:rsidRDefault="00FB267D">
      <w:r>
        <w:br/>
        <w:t>Personal Reference Form | Page 2 of 2</w:t>
      </w:r>
    </w:p>
    <w:sectPr w:rsidR="00CA26F9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4810521">
    <w:abstractNumId w:val="8"/>
  </w:num>
  <w:num w:numId="2" w16cid:durableId="1870289181">
    <w:abstractNumId w:val="6"/>
  </w:num>
  <w:num w:numId="3" w16cid:durableId="2062904260">
    <w:abstractNumId w:val="5"/>
  </w:num>
  <w:num w:numId="4" w16cid:durableId="1929074400">
    <w:abstractNumId w:val="4"/>
  </w:num>
  <w:num w:numId="5" w16cid:durableId="1077021610">
    <w:abstractNumId w:val="7"/>
  </w:num>
  <w:num w:numId="6" w16cid:durableId="774331548">
    <w:abstractNumId w:val="3"/>
  </w:num>
  <w:num w:numId="7" w16cid:durableId="1868132925">
    <w:abstractNumId w:val="2"/>
  </w:num>
  <w:num w:numId="8" w16cid:durableId="915436266">
    <w:abstractNumId w:val="1"/>
  </w:num>
  <w:num w:numId="9" w16cid:durableId="8294478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15074B"/>
    <w:rsid w:val="0029639D"/>
    <w:rsid w:val="00326F90"/>
    <w:rsid w:val="006F11D6"/>
    <w:rsid w:val="00AA1D8D"/>
    <w:rsid w:val="00B47730"/>
    <w:rsid w:val="00CA26F9"/>
    <w:rsid w:val="00CB0664"/>
    <w:rsid w:val="00FB267D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B7F2A41"/>
  <w14:defaultImageDpi w14:val="300"/>
  <w15:docId w15:val="{CBB7B0BF-3C1E-48A0-8175-6CF9B1958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305</Words>
  <Characters>2456</Characters>
  <Application>Microsoft Office Word</Application>
  <DocSecurity>0</DocSecurity>
  <Lines>59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2729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Althea Dortch</cp:lastModifiedBy>
  <cp:revision>2</cp:revision>
  <dcterms:created xsi:type="dcterms:W3CDTF">2025-06-03T23:04:00Z</dcterms:created>
  <dcterms:modified xsi:type="dcterms:W3CDTF">2025-06-03T23:04:00Z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0c603c8b-8bb5-4307-ba0d-6087755710fe</vt:lpwstr>
  </property>
</Properties>
</file>